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EDD" w:rsidRDefault="00180EDD" w:rsidP="00180EDD">
      <w:pPr>
        <w:pStyle w:val="Naslov1"/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Srednja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škola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Obrovac</w:t>
      </w:r>
      <w:proofErr w:type="spellEnd"/>
      <w:r>
        <w:rPr>
          <w:color w:val="000000" w:themeColor="text1"/>
        </w:rPr>
        <w:t xml:space="preserve">, Petra </w:t>
      </w:r>
      <w:proofErr w:type="spellStart"/>
      <w:r>
        <w:rPr>
          <w:color w:val="000000" w:themeColor="text1"/>
        </w:rPr>
        <w:t>Zoranića</w:t>
      </w:r>
      <w:proofErr w:type="spellEnd"/>
      <w:r>
        <w:rPr>
          <w:color w:val="000000" w:themeColor="text1"/>
        </w:rPr>
        <w:t xml:space="preserve"> 10</w:t>
      </w:r>
    </w:p>
    <w:p w:rsidR="00180EDD" w:rsidRDefault="00180EDD" w:rsidP="00180EDD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Obrazovni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program: </w:t>
      </w:r>
      <w:r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180EDD" w:rsidRDefault="00180EDD" w:rsidP="00180EDD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Nastavnik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: </w:t>
      </w:r>
      <w:r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Ing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>.</w:t>
      </w:r>
    </w:p>
    <w:p w:rsidR="000568E9" w:rsidRDefault="000568E9" w:rsidP="00180EDD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1142CE" w:rsidRDefault="00180EDD">
      <w:pPr>
        <w:pStyle w:val="Naslov1"/>
      </w:pPr>
      <w:bookmarkStart w:id="0" w:name="_GoBack"/>
      <w:bookmarkEnd w:id="0"/>
      <w:proofErr w:type="spellStart"/>
      <w:r>
        <w:t>Istraživački</w:t>
      </w:r>
      <w:proofErr w:type="spellEnd"/>
      <w:r>
        <w:t xml:space="preserve"> rad: PEX (</w:t>
      </w:r>
      <w:proofErr w:type="spellStart"/>
      <w:r>
        <w:t>umreženi</w:t>
      </w:r>
      <w:proofErr w:type="spellEnd"/>
      <w:r>
        <w:t xml:space="preserve"> polietilen) u instalacijskoj tehnici</w:t>
      </w:r>
    </w:p>
    <w:p w:rsidR="001142CE" w:rsidRDefault="00180EDD">
      <w:r>
        <w:t>Zadatak učenika je istražiti materijal PEX (umreženi polietilen) – njegovo dobivanje, svojstva i primjenu u instalacijskoj tehnici. Rad treba pokazati razumijevanje zašto se ovaj materijal koristi u određenim vrstama instalacija, te na koje načine se obrađuje i spaja.</w:t>
      </w:r>
    </w:p>
    <w:p w:rsidR="001142CE" w:rsidRDefault="00180EDD">
      <w:pPr>
        <w:pStyle w:val="Naslov2"/>
      </w:pPr>
      <w:r>
        <w:t>Cilj rada</w:t>
      </w:r>
    </w:p>
    <w:p w:rsidR="001142CE" w:rsidRDefault="00180EDD">
      <w:r>
        <w:t>Istražiti podrijetlo, svojstva i primjenu materijala PEX (umreženi polietilen) u instalacijskoj tehnici te razumjeti zašto se koristi u određenim vrstama instalacija (vodovodnim, odvodnim, grijanju, klimatizaciji, plinskim sustavima).</w:t>
      </w:r>
    </w:p>
    <w:p w:rsidR="001142CE" w:rsidRDefault="00180EDD">
      <w:pPr>
        <w:pStyle w:val="Naslov2"/>
      </w:pPr>
      <w:r>
        <w:t>Tematske cjeline rada</w:t>
      </w:r>
    </w:p>
    <w:p w:rsidR="001142CE" w:rsidRDefault="00180EDD">
      <w:pPr>
        <w:pStyle w:val="Naslov3"/>
      </w:pPr>
      <w:r>
        <w:t>1. Opći podaci o materijalu</w:t>
      </w:r>
    </w:p>
    <w:p w:rsidR="001142CE" w:rsidRDefault="00180EDD">
      <w:r>
        <w:t>• Kratak opis i osnovna fizikalna svojstva (boja, gustoća, toplinska i električna vodljivost, talište).</w:t>
      </w:r>
      <w:r>
        <w:br/>
        <w:t>• Povijest i razvoj primjene u instalacijskoj tehnici.</w:t>
      </w:r>
    </w:p>
    <w:p w:rsidR="001142CE" w:rsidRDefault="00180EDD">
      <w:pPr>
        <w:pStyle w:val="Naslov3"/>
      </w:pPr>
      <w:r>
        <w:t>2. Dobivanje materijala</w:t>
      </w:r>
    </w:p>
    <w:p w:rsidR="001142CE" w:rsidRDefault="00180EDD">
      <w:r>
        <w:t>• Gdje se dobiva i kako se proizvodi.</w:t>
      </w:r>
      <w:r>
        <w:br/>
        <w:t>• Glavni postupci prerade (valjanje, ekstruzija, lijevanje, itd.).</w:t>
      </w:r>
      <w:r>
        <w:br/>
        <w:t>• Recikliranje i ekološki aspekti.</w:t>
      </w:r>
    </w:p>
    <w:p w:rsidR="001142CE" w:rsidRDefault="00180EDD">
      <w:pPr>
        <w:pStyle w:val="Naslov3"/>
      </w:pPr>
      <w:r>
        <w:t>3. Svojstva materijala</w:t>
      </w:r>
    </w:p>
    <w:p w:rsidR="001142CE" w:rsidRDefault="00180EDD">
      <w:r>
        <w:t>• Mehanička i toplinska svojstva (čvrstoća, otpornost, elastičnost).</w:t>
      </w:r>
      <w:r>
        <w:br/>
        <w:t>• Otpornost na koroziju i kemikalije.</w:t>
      </w:r>
      <w:r>
        <w:br/>
        <w:t>• Obradivost i mogućnosti spajanja.</w:t>
      </w:r>
    </w:p>
    <w:p w:rsidR="001142CE" w:rsidRDefault="00180EDD">
      <w:pPr>
        <w:pStyle w:val="Naslov3"/>
      </w:pPr>
      <w:r>
        <w:t>4. Primjena u instalacijskoj tehnici</w:t>
      </w:r>
    </w:p>
    <w:p w:rsidR="001142CE" w:rsidRDefault="00180EDD">
      <w:r>
        <w:t>• U kojim se instalacijama koristi (vodovod, odvodnja, grijanje, klimatizacija, plin).</w:t>
      </w:r>
      <w:r>
        <w:br/>
        <w:t>• Prednosti i nedostaci u odnosu na druge materijale.</w:t>
      </w:r>
      <w:r>
        <w:br/>
        <w:t>• Primjeri proizvoda, cijevi, fitinga i oznaka.</w:t>
      </w:r>
    </w:p>
    <w:p w:rsidR="001142CE" w:rsidRDefault="00180EDD">
      <w:pPr>
        <w:pStyle w:val="Naslov3"/>
      </w:pPr>
      <w:r>
        <w:t>5. Načini spajanja</w:t>
      </w:r>
    </w:p>
    <w:p w:rsidR="001142CE" w:rsidRDefault="00180EDD">
      <w:r>
        <w:t>• Opis tipičnih načina spajanja (npr. zavarivanje, navoj, lemljenje, brtve, press-fit spojevi).</w:t>
      </w:r>
      <w:r>
        <w:br/>
        <w:t>• Sigurnosni zahtjevi i norme.</w:t>
      </w:r>
      <w:r>
        <w:br/>
        <w:t>• Fotografije ili shematski prikazi spojeva.</w:t>
      </w:r>
    </w:p>
    <w:p w:rsidR="001142CE" w:rsidRDefault="00180EDD">
      <w:pPr>
        <w:pStyle w:val="Naslov3"/>
      </w:pPr>
      <w:r>
        <w:t>6. Zaključak</w:t>
      </w:r>
    </w:p>
    <w:p w:rsidR="001142CE" w:rsidRDefault="00180EDD">
      <w:r>
        <w:t>• Zašto je PEX (umreženi polietilen) važan materijal u instalacijskoj tehnici.</w:t>
      </w:r>
      <w:r>
        <w:br/>
        <w:t>• Kada bi ga učenik preporučio, a kada ne, i zašto.</w:t>
      </w:r>
    </w:p>
    <w:p w:rsidR="001142CE" w:rsidRDefault="00180EDD">
      <w:pPr>
        <w:pStyle w:val="Naslov2"/>
      </w:pPr>
      <w:r>
        <w:lastRenderedPageBreak/>
        <w:t>Oblik rada</w:t>
      </w:r>
    </w:p>
    <w:p w:rsidR="001142CE" w:rsidRDefault="00180EDD">
      <w:r>
        <w:t>• Referat: 3–5 stranica teksta (A4 format, Word ili PDF),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cijevi i materijala (Viega, Geberit, Wavin, Uponor...).</w:t>
      </w:r>
    </w:p>
    <w:p w:rsidR="001142CE" w:rsidRDefault="00180EDD">
      <w:pPr>
        <w:pStyle w:val="Naslov2"/>
      </w:pPr>
      <w:r>
        <w:t>Kriteriji ocjenjivanja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142CE">
        <w:tc>
          <w:tcPr>
            <w:tcW w:w="4320" w:type="dxa"/>
          </w:tcPr>
          <w:p w:rsidR="001142CE" w:rsidRDefault="00180EDD">
            <w:r>
              <w:t>Kriterij</w:t>
            </w:r>
          </w:p>
        </w:tc>
        <w:tc>
          <w:tcPr>
            <w:tcW w:w="4320" w:type="dxa"/>
          </w:tcPr>
          <w:p w:rsidR="001142CE" w:rsidRDefault="00180EDD">
            <w:r>
              <w:t>Bodovi</w:t>
            </w:r>
          </w:p>
        </w:tc>
      </w:tr>
      <w:tr w:rsidR="001142CE">
        <w:tc>
          <w:tcPr>
            <w:tcW w:w="4320" w:type="dxa"/>
          </w:tcPr>
          <w:p w:rsidR="001142CE" w:rsidRDefault="00180EDD">
            <w:r>
              <w:t>Sadržaj i točnost informacija</w:t>
            </w:r>
          </w:p>
        </w:tc>
        <w:tc>
          <w:tcPr>
            <w:tcW w:w="4320" w:type="dxa"/>
          </w:tcPr>
          <w:p w:rsidR="001142CE" w:rsidRDefault="00180EDD">
            <w:r>
              <w:t>10</w:t>
            </w:r>
          </w:p>
        </w:tc>
      </w:tr>
      <w:tr w:rsidR="001142CE">
        <w:tc>
          <w:tcPr>
            <w:tcW w:w="4320" w:type="dxa"/>
          </w:tcPr>
          <w:p w:rsidR="001142CE" w:rsidRDefault="00180EDD">
            <w:r>
              <w:t>Struktura i logičnost rada</w:t>
            </w:r>
          </w:p>
        </w:tc>
        <w:tc>
          <w:tcPr>
            <w:tcW w:w="4320" w:type="dxa"/>
          </w:tcPr>
          <w:p w:rsidR="001142CE" w:rsidRDefault="00180EDD">
            <w:r>
              <w:t>5</w:t>
            </w:r>
          </w:p>
        </w:tc>
      </w:tr>
      <w:tr w:rsidR="001142CE">
        <w:tc>
          <w:tcPr>
            <w:tcW w:w="4320" w:type="dxa"/>
          </w:tcPr>
          <w:p w:rsidR="001142CE" w:rsidRDefault="00180EDD">
            <w:r>
              <w:t>Korištenje stručne terminologije</w:t>
            </w:r>
          </w:p>
        </w:tc>
        <w:tc>
          <w:tcPr>
            <w:tcW w:w="4320" w:type="dxa"/>
          </w:tcPr>
          <w:p w:rsidR="001142CE" w:rsidRDefault="00180EDD">
            <w:r>
              <w:t>5</w:t>
            </w:r>
          </w:p>
        </w:tc>
      </w:tr>
      <w:tr w:rsidR="001142CE">
        <w:tc>
          <w:tcPr>
            <w:tcW w:w="4320" w:type="dxa"/>
          </w:tcPr>
          <w:p w:rsidR="001142CE" w:rsidRDefault="00180EDD">
            <w:r>
              <w:t>Vizualna kvaliteta prezentacije</w:t>
            </w:r>
          </w:p>
        </w:tc>
        <w:tc>
          <w:tcPr>
            <w:tcW w:w="4320" w:type="dxa"/>
          </w:tcPr>
          <w:p w:rsidR="001142CE" w:rsidRDefault="00180EDD">
            <w:r>
              <w:t>5</w:t>
            </w:r>
          </w:p>
        </w:tc>
      </w:tr>
      <w:tr w:rsidR="001142CE">
        <w:tc>
          <w:tcPr>
            <w:tcW w:w="4320" w:type="dxa"/>
          </w:tcPr>
          <w:p w:rsidR="001142CE" w:rsidRDefault="00180EDD">
            <w:r>
              <w:t>Samostalnost i kreativnost</w:t>
            </w:r>
          </w:p>
        </w:tc>
        <w:tc>
          <w:tcPr>
            <w:tcW w:w="4320" w:type="dxa"/>
          </w:tcPr>
          <w:p w:rsidR="001142CE" w:rsidRDefault="00180EDD">
            <w:r>
              <w:t>5</w:t>
            </w:r>
          </w:p>
        </w:tc>
      </w:tr>
      <w:tr w:rsidR="001142CE">
        <w:tc>
          <w:tcPr>
            <w:tcW w:w="4320" w:type="dxa"/>
          </w:tcPr>
          <w:p w:rsidR="001142CE" w:rsidRDefault="00180EDD">
            <w:r>
              <w:t>UKUPNO</w:t>
            </w:r>
          </w:p>
        </w:tc>
        <w:tc>
          <w:tcPr>
            <w:tcW w:w="4320" w:type="dxa"/>
          </w:tcPr>
          <w:p w:rsidR="001142CE" w:rsidRDefault="00180EDD">
            <w:r>
              <w:t>30</w:t>
            </w:r>
          </w:p>
        </w:tc>
      </w:tr>
    </w:tbl>
    <w:p w:rsidR="001142CE" w:rsidRDefault="00180EDD">
      <w:pPr>
        <w:pStyle w:val="Naslov2"/>
      </w:pPr>
      <w:r>
        <w:t>Dodatna mogućnost</w:t>
      </w:r>
    </w:p>
    <w:p w:rsidR="001142CE" w:rsidRDefault="00180EDD">
      <w:r>
        <w:t>Učenici mogu izraditi mini model (npr. komad instalacije s jednim spojem) i prikazati ga uz prezentaciju za dodatne bodove ili ocjenu iz praktičnog dijela.</w:t>
      </w:r>
    </w:p>
    <w:sectPr w:rsidR="001142CE" w:rsidSect="00180E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68E9"/>
    <w:rsid w:val="0006063C"/>
    <w:rsid w:val="001142CE"/>
    <w:rsid w:val="0015074B"/>
    <w:rsid w:val="00180EDD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2B285"/>
  <w14:defaultImageDpi w14:val="300"/>
  <w15:docId w15:val="{11D3ABB8-0BC2-4A8C-A3BF-A5DC6DF6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0568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C47114-CBD1-4E6E-B8FC-5B8AFDEBD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3</cp:revision>
  <dcterms:created xsi:type="dcterms:W3CDTF">2013-12-23T23:15:00Z</dcterms:created>
  <dcterms:modified xsi:type="dcterms:W3CDTF">2025-10-28T17:48:00Z</dcterms:modified>
  <cp:category/>
</cp:coreProperties>
</file>